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9CC" w:rsidRDefault="0047225B">
      <w:pPr>
        <w:jc w:val="center"/>
      </w:pPr>
      <w:r>
        <w:rPr>
          <w:b/>
          <w:sz w:val="26"/>
          <w:u w:val="single"/>
        </w:rPr>
        <w:t>AZADI RECREATIONAL COMPLEX</w:t>
      </w:r>
    </w:p>
    <w:p w:rsidR="00AD49CC" w:rsidRDefault="0047225B">
      <w:pPr>
        <w:spacing w:after="60"/>
        <w:jc w:val="center"/>
      </w:pPr>
      <w:r>
        <w:rPr>
          <w:b/>
          <w:sz w:val="22"/>
          <w:u w:val="single"/>
        </w:rPr>
        <w:t>MEMBERSHIP FORM</w:t>
      </w:r>
    </w:p>
    <w:tbl>
      <w:tblPr>
        <w:tblW w:w="1043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431"/>
      </w:tblGrid>
      <w:tr w:rsidR="00AD49CC" w:rsidTr="004F36C5">
        <w:trPr>
          <w:jc w:val="center"/>
        </w:trPr>
        <w:tc>
          <w:tcPr>
            <w:tcW w:w="10431" w:type="dxa"/>
            <w:tcBorders>
              <w:top w:val="single" w:sz="4" w:space="0" w:color="auto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0" w:type="dxa"/>
                <w:left w:w="40" w:type="dxa"/>
                <w:bottom w:w="1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283"/>
              <w:gridCol w:w="9921"/>
            </w:tblGrid>
            <w:tr w:rsidR="00AD49CC">
              <w:tc>
                <w:tcPr>
                  <w:tcW w:w="10204" w:type="dxa"/>
                  <w:gridSpan w:val="2"/>
                </w:tcPr>
                <w:p w:rsidR="00AD49CC" w:rsidRDefault="0047225B">
                  <w:r>
                    <w:rPr>
                      <w:b/>
                      <w:u w:val="single"/>
                    </w:rPr>
                    <w:t>Important</w:t>
                  </w:r>
                </w:p>
              </w:tc>
            </w:tr>
            <w:tr w:rsidR="00AD49CC">
              <w:tc>
                <w:tcPr>
                  <w:tcW w:w="283" w:type="dxa"/>
                </w:tcPr>
                <w:p w:rsidR="00AD49CC" w:rsidRDefault="0047225B">
                  <w:r>
                    <w:t>a.</w:t>
                  </w:r>
                </w:p>
              </w:tc>
              <w:tc>
                <w:tcPr>
                  <w:tcW w:w="9921" w:type="dxa"/>
                </w:tcPr>
                <w:p w:rsidR="00AD49CC" w:rsidRDefault="0047225B">
                  <w:r>
                    <w:t>Use black ink and block capital letters.</w:t>
                  </w:r>
                </w:p>
              </w:tc>
            </w:tr>
            <w:tr w:rsidR="00AD49CC">
              <w:tc>
                <w:tcPr>
                  <w:tcW w:w="283" w:type="dxa"/>
                </w:tcPr>
                <w:p w:rsidR="00AD49CC" w:rsidRDefault="0047225B">
                  <w:r>
                    <w:t>b.</w:t>
                  </w:r>
                </w:p>
              </w:tc>
              <w:tc>
                <w:tcPr>
                  <w:tcW w:w="9921" w:type="dxa"/>
                </w:tcPr>
                <w:p w:rsidR="00AD49CC" w:rsidRDefault="0047225B">
                  <w:r>
                    <w:t xml:space="preserve">Attach 2x photocopies of CNIC, 2x Passport Size and 2x Thumb Size Photographs, 2x Photocopy of Spouse, Children CNIC, Police Verification, Photocopy of Appointment / Transfer letter (Attested), Service Certificate of </w:t>
                  </w:r>
                  <w:r>
                    <w:rPr>
                      <w:b/>
                    </w:rPr>
                    <w:t>Employee from Concerned Department duly</w:t>
                  </w:r>
                  <w:r>
                    <w:rPr>
                      <w:b/>
                    </w:rPr>
                    <w:t xml:space="preserve"> Mentioning designation / grade and Pay Slip, CVs Business Letter Pad</w:t>
                  </w:r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</w:tr>
      <w:tr w:rsidR="00AD49CC" w:rsidTr="004F36C5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AD49CC" w:rsidRDefault="0047225B">
            <w:r>
              <w:rPr>
                <w:b/>
              </w:rPr>
              <w:t>Personal Details</w:t>
            </w: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4535"/>
              <w:gridCol w:w="1474"/>
              <w:gridCol w:w="3061"/>
            </w:tblGrid>
            <w:tr w:rsidR="00AD49CC">
              <w:tc>
                <w:tcPr>
                  <w:tcW w:w="1134" w:type="dxa"/>
                </w:tcPr>
                <w:p w:rsidR="00AD49CC" w:rsidRDefault="0047225B">
                  <w:r>
                    <w:t>Full Name: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939435371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1474" w:type="dxa"/>
                </w:tcPr>
                <w:p w:rsidR="00AD49CC" w:rsidRDefault="0047225B">
                  <w:r>
                    <w:t>Date of Birth:</w:t>
                  </w:r>
                </w:p>
              </w:tc>
              <w:tc>
                <w:tcPr>
                  <w:tcW w:w="30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73244503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246"/>
              <w:gridCol w:w="3175"/>
              <w:gridCol w:w="794"/>
              <w:gridCol w:w="4989"/>
            </w:tblGrid>
            <w:tr w:rsidR="00AD49CC">
              <w:tc>
                <w:tcPr>
                  <w:tcW w:w="1247" w:type="dxa"/>
                </w:tcPr>
                <w:p w:rsidR="00AD49CC" w:rsidRDefault="0047225B">
                  <w:r>
                    <w:t>Nationality:</w:t>
                  </w:r>
                </w:p>
              </w:tc>
              <w:tc>
                <w:tcPr>
                  <w:tcW w:w="317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621346339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794" w:type="dxa"/>
                </w:tcPr>
                <w:p w:rsidR="00AD49CC" w:rsidRDefault="0047225B">
                  <w:r>
                    <w:t>CNIC:</w:t>
                  </w:r>
                </w:p>
              </w:tc>
              <w:tc>
                <w:tcPr>
                  <w:tcW w:w="498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221752982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133"/>
              <w:gridCol w:w="3288"/>
              <w:gridCol w:w="794"/>
              <w:gridCol w:w="4989"/>
            </w:tblGrid>
            <w:tr w:rsidR="00AD49CC">
              <w:tc>
                <w:tcPr>
                  <w:tcW w:w="1134" w:type="dxa"/>
                </w:tcPr>
                <w:p w:rsidR="00AD49CC" w:rsidRDefault="0047225B">
                  <w:r>
                    <w:t>Religion:</w:t>
                  </w:r>
                </w:p>
              </w:tc>
              <w:tc>
                <w:tcPr>
                  <w:tcW w:w="328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35078914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794" w:type="dxa"/>
                </w:tcPr>
                <w:p w:rsidR="00AD49CC" w:rsidRDefault="0047225B">
                  <w:r>
                    <w:t>Sect:</w:t>
                  </w:r>
                </w:p>
              </w:tc>
              <w:tc>
                <w:tcPr>
                  <w:tcW w:w="498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819866089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 xml:space="preserve">Click and </w:t>
                      </w:r>
                      <w:r>
                        <w:rPr>
                          <w:color w:val="9AA3AD"/>
                          <w:sz w:val="16"/>
                        </w:rPr>
                        <w:t>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133"/>
              <w:gridCol w:w="2381"/>
              <w:gridCol w:w="2381"/>
              <w:gridCol w:w="4309"/>
            </w:tblGrid>
            <w:tr w:rsidR="00AD49CC">
              <w:tc>
                <w:tcPr>
                  <w:tcW w:w="1134" w:type="dxa"/>
                </w:tcPr>
                <w:p w:rsidR="00AD49CC" w:rsidRDefault="0047225B">
                  <w:r>
                    <w:t>Category:</w:t>
                  </w:r>
                </w:p>
              </w:tc>
              <w:tc>
                <w:tcPr>
                  <w:tcW w:w="2381" w:type="dxa"/>
                </w:tcPr>
                <w:p w:rsidR="00AD49CC" w:rsidRDefault="0047225B">
                  <w:sdt>
                    <w:sdtPr>
                      <w:id w:val="148570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/>
                          <w:sz w:val="22"/>
                        </w:rPr>
                        <w:t>☐</w:t>
                      </w:r>
                    </w:sdtContent>
                  </w:sdt>
                  <w:r>
                    <w:t xml:space="preserve"> Govt employee</w:t>
                  </w:r>
                </w:p>
              </w:tc>
              <w:tc>
                <w:tcPr>
                  <w:tcW w:w="2381" w:type="dxa"/>
                </w:tcPr>
                <w:p w:rsidR="00AD49CC" w:rsidRDefault="0047225B">
                  <w:sdt>
                    <w:sdtPr>
                      <w:id w:val="-1700933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/>
                          <w:sz w:val="22"/>
                        </w:rPr>
                        <w:t>☐</w:t>
                      </w:r>
                    </w:sdtContent>
                  </w:sdt>
                  <w:r>
                    <w:t xml:space="preserve"> Civilian</w:t>
                  </w:r>
                </w:p>
              </w:tc>
              <w:tc>
                <w:tcPr>
                  <w:tcW w:w="4309" w:type="dxa"/>
                </w:tcPr>
                <w:p w:rsidR="00AD49CC" w:rsidRDefault="0047225B">
                  <w:sdt>
                    <w:sdtPr>
                      <w:id w:val="12151706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/>
                          <w:sz w:val="22"/>
                        </w:rPr>
                        <w:t>☐</w:t>
                      </w:r>
                    </w:sdtContent>
                  </w:sdt>
                  <w:r>
                    <w:t xml:space="preserve"> Other</w:t>
                  </w:r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190"/>
              <w:gridCol w:w="2268"/>
              <w:gridCol w:w="1247"/>
              <w:gridCol w:w="2438"/>
              <w:gridCol w:w="737"/>
              <w:gridCol w:w="2324"/>
            </w:tblGrid>
            <w:tr w:rsidR="00AD49CC">
              <w:tc>
                <w:tcPr>
                  <w:tcW w:w="1191" w:type="dxa"/>
                </w:tcPr>
                <w:p w:rsidR="00AD49CC" w:rsidRDefault="0047225B">
                  <w:r>
                    <w:t>Occupation: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52614321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1247" w:type="dxa"/>
                </w:tcPr>
                <w:p w:rsidR="00AD49CC" w:rsidRDefault="0047225B">
                  <w:r>
                    <w:t>Designation:</w:t>
                  </w:r>
                </w:p>
              </w:tc>
              <w:tc>
                <w:tcPr>
                  <w:tcW w:w="243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32743081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737" w:type="dxa"/>
                </w:tcPr>
                <w:p w:rsidR="00AD49CC" w:rsidRDefault="0047225B">
                  <w:r>
                    <w:t>Grade:</w:t>
                  </w:r>
                </w:p>
              </w:tc>
              <w:tc>
                <w:tcPr>
                  <w:tcW w:w="232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760521396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587"/>
              <w:gridCol w:w="8617"/>
            </w:tblGrid>
            <w:tr w:rsidR="00AD49CC">
              <w:tc>
                <w:tcPr>
                  <w:tcW w:w="1587" w:type="dxa"/>
                </w:tcPr>
                <w:p w:rsidR="00AD49CC" w:rsidRDefault="0047225B">
                  <w:r>
                    <w:t>Official Address:</w:t>
                  </w:r>
                </w:p>
              </w:tc>
              <w:tc>
                <w:tcPr>
                  <w:tcW w:w="86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506100345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871"/>
              <w:gridCol w:w="8333"/>
            </w:tblGrid>
            <w:tr w:rsidR="00AD49CC">
              <w:tc>
                <w:tcPr>
                  <w:tcW w:w="1871" w:type="dxa"/>
                </w:tcPr>
                <w:p w:rsidR="00AD49CC" w:rsidRDefault="0047225B">
                  <w:r>
                    <w:t>Residential Address:</w:t>
                  </w:r>
                </w:p>
              </w:tc>
              <w:tc>
                <w:tcPr>
                  <w:tcW w:w="833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566022986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984"/>
              <w:gridCol w:w="3061"/>
              <w:gridCol w:w="2154"/>
              <w:gridCol w:w="3005"/>
            </w:tblGrid>
            <w:tr w:rsidR="00AD49CC">
              <w:tc>
                <w:tcPr>
                  <w:tcW w:w="1984" w:type="dxa"/>
                </w:tcPr>
                <w:p w:rsidR="00AD49CC" w:rsidRDefault="0047225B">
                  <w:r>
                    <w:t>Primary Contact No:</w:t>
                  </w:r>
                </w:p>
              </w:tc>
              <w:tc>
                <w:tcPr>
                  <w:tcW w:w="30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2044579093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 xml:space="preserve">Click </w:t>
                      </w:r>
                      <w:r>
                        <w:rPr>
                          <w:color w:val="9AA3AD"/>
                          <w:sz w:val="16"/>
                        </w:rPr>
                        <w:t>and type</w:t>
                      </w:r>
                    </w:sdtContent>
                  </w:sdt>
                </w:p>
              </w:tc>
              <w:tc>
                <w:tcPr>
                  <w:tcW w:w="2154" w:type="dxa"/>
                </w:tcPr>
                <w:p w:rsidR="00AD49CC" w:rsidRDefault="0047225B">
                  <w:r>
                    <w:t>Secondary Contact No:</w:t>
                  </w:r>
                </w:p>
              </w:tc>
              <w:tc>
                <w:tcPr>
                  <w:tcW w:w="300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251800688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2154"/>
              <w:gridCol w:w="2835"/>
              <w:gridCol w:w="680"/>
              <w:gridCol w:w="4535"/>
            </w:tblGrid>
            <w:tr w:rsidR="00AD49CC">
              <w:tc>
                <w:tcPr>
                  <w:tcW w:w="2154" w:type="dxa"/>
                </w:tcPr>
                <w:p w:rsidR="00AD49CC" w:rsidRDefault="0047225B">
                  <w:r>
                    <w:t>Emergency Contact No: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472181305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680" w:type="dxa"/>
                </w:tcPr>
                <w:p w:rsidR="00AD49CC" w:rsidRDefault="0047225B">
                  <w:r>
                    <w:t>Email: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53768268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247"/>
              <w:gridCol w:w="2268"/>
              <w:gridCol w:w="1417"/>
              <w:gridCol w:w="1474"/>
              <w:gridCol w:w="1474"/>
              <w:gridCol w:w="2324"/>
            </w:tblGrid>
            <w:tr w:rsidR="00AD49CC">
              <w:tc>
                <w:tcPr>
                  <w:tcW w:w="1247" w:type="dxa"/>
                </w:tcPr>
                <w:p w:rsidR="00AD49CC" w:rsidRDefault="0047225B">
                  <w:r>
                    <w:t>Qualification: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2079894236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1417" w:type="dxa"/>
                </w:tcPr>
                <w:p w:rsidR="00AD49CC" w:rsidRDefault="0047225B">
                  <w:r>
                    <w:t>Marital Status:</w:t>
                  </w:r>
                </w:p>
              </w:tc>
              <w:tc>
                <w:tcPr>
                  <w:tcW w:w="1474" w:type="dxa"/>
                </w:tcPr>
                <w:p w:rsidR="00AD49CC" w:rsidRDefault="0047225B">
                  <w:sdt>
                    <w:sdtPr>
                      <w:id w:val="-14082972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/>
                          <w:sz w:val="22"/>
                        </w:rPr>
                        <w:t>☐</w:t>
                      </w:r>
                    </w:sdtContent>
                  </w:sdt>
                  <w:r>
                    <w:t xml:space="preserve"> Single</w:t>
                  </w:r>
                </w:p>
              </w:tc>
              <w:tc>
                <w:tcPr>
                  <w:tcW w:w="1474" w:type="dxa"/>
                </w:tcPr>
                <w:p w:rsidR="00AD49CC" w:rsidRDefault="0047225B">
                  <w:sdt>
                    <w:sdtPr>
                      <w:id w:val="18013439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/>
                          <w:sz w:val="22"/>
                        </w:rPr>
                        <w:t>☐</w:t>
                      </w:r>
                    </w:sdtContent>
                  </w:sdt>
                  <w:r>
                    <w:t xml:space="preserve"> Married</w:t>
                  </w:r>
                </w:p>
              </w:tc>
              <w:tc>
                <w:tcPr>
                  <w:tcW w:w="2324" w:type="dxa"/>
                </w:tcPr>
                <w:p w:rsidR="00AD49CC" w:rsidRDefault="0047225B">
                  <w:sdt>
                    <w:sdtPr>
                      <w:id w:val="-4808544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/>
                          <w:sz w:val="22"/>
                        </w:rPr>
                        <w:t>☐</w:t>
                      </w:r>
                    </w:sdtContent>
                  </w:sdt>
                  <w:r>
                    <w:t xml:space="preserve"> Other</w:t>
                  </w:r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984"/>
              <w:gridCol w:w="8220"/>
            </w:tblGrid>
            <w:tr w:rsidR="00AD49CC">
              <w:tc>
                <w:tcPr>
                  <w:tcW w:w="1984" w:type="dxa"/>
                </w:tcPr>
                <w:p w:rsidR="00AD49CC" w:rsidRDefault="0047225B">
                  <w:r>
                    <w:t>Office / Work Details:</w:t>
                  </w:r>
                </w:p>
              </w:tc>
              <w:tc>
                <w:tcPr>
                  <w:tcW w:w="82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338123073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984"/>
              <w:gridCol w:w="8220"/>
            </w:tblGrid>
            <w:tr w:rsidR="00AD49CC">
              <w:tc>
                <w:tcPr>
                  <w:tcW w:w="1984" w:type="dxa"/>
                </w:tcPr>
                <w:p w:rsidR="00AD49CC" w:rsidRDefault="00AD49CC"/>
              </w:tc>
              <w:tc>
                <w:tcPr>
                  <w:tcW w:w="82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994908819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</w:t>
                      </w:r>
                      <w:r>
                        <w:rPr>
                          <w:color w:val="9AA3AD"/>
                          <w:sz w:val="16"/>
                        </w:rPr>
                        <w:t xml:space="preserve">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AD49CC" w:rsidRDefault="0047225B">
            <w:r>
              <w:rPr>
                <w:b/>
              </w:rPr>
              <w:t>Family Details: -</w:t>
            </w: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D49CC" w:rsidRDefault="0047225B">
            <w:pPr>
              <w:spacing w:after="60"/>
            </w:pPr>
            <w:r>
              <w:t>Give name of spouse and children under 18 years who intend to utilize ARC facilities:</w:t>
            </w: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303"/>
              <w:gridCol w:w="2267"/>
              <w:gridCol w:w="1134"/>
              <w:gridCol w:w="2268"/>
              <w:gridCol w:w="1191"/>
              <w:gridCol w:w="2041"/>
            </w:tblGrid>
            <w:tr w:rsidR="00AD49CC">
              <w:tc>
                <w:tcPr>
                  <w:tcW w:w="1304" w:type="dxa"/>
                </w:tcPr>
                <w:p w:rsidR="00AD49CC" w:rsidRDefault="0047225B">
                  <w:r>
                    <w:t>Spouse Name: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119037143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1134" w:type="dxa"/>
                </w:tcPr>
                <w:p w:rsidR="00AD49CC" w:rsidRDefault="0047225B">
                  <w:r>
                    <w:t>Occupation: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28985349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1191" w:type="dxa"/>
                </w:tcPr>
                <w:p w:rsidR="00AD49CC" w:rsidRDefault="0047225B">
                  <w:r>
                    <w:t>Designation: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738484781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2494"/>
              <w:gridCol w:w="2211"/>
              <w:gridCol w:w="4819"/>
            </w:tblGrid>
            <w:tr w:rsidR="00AD49CC">
              <w:tc>
                <w:tcPr>
                  <w:tcW w:w="680" w:type="dxa"/>
                </w:tcPr>
                <w:p w:rsidR="00AD49CC" w:rsidRDefault="0047225B">
                  <w:r>
                    <w:t>Grade:</w:t>
                  </w:r>
                </w:p>
              </w:tc>
              <w:tc>
                <w:tcPr>
                  <w:tcW w:w="249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03539022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211" w:type="dxa"/>
                </w:tcPr>
                <w:p w:rsidR="00AD49CC" w:rsidRDefault="0047225B">
                  <w:r>
                    <w:t>Academic Qualification: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390042777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4081"/>
              <w:gridCol w:w="2834"/>
              <w:gridCol w:w="2834"/>
            </w:tblGrid>
            <w:tr w:rsidR="00AD49CC">
              <w:tc>
                <w:tcPr>
                  <w:tcW w:w="454" w:type="dxa"/>
                </w:tcPr>
                <w:p w:rsidR="00AD49CC" w:rsidRDefault="00AD49CC"/>
              </w:tc>
              <w:tc>
                <w:tcPr>
                  <w:tcW w:w="4082" w:type="dxa"/>
                </w:tcPr>
                <w:p w:rsidR="00AD49CC" w:rsidRDefault="0047225B">
                  <w:r>
                    <w:rPr>
                      <w:b/>
                      <w:u w:val="single"/>
                    </w:rPr>
                    <w:t>Name of Children/ Relationship</w:t>
                  </w:r>
                </w:p>
              </w:tc>
              <w:tc>
                <w:tcPr>
                  <w:tcW w:w="2835" w:type="dxa"/>
                </w:tcPr>
                <w:p w:rsidR="00AD49CC" w:rsidRDefault="0047225B">
                  <w:r>
                    <w:rPr>
                      <w:b/>
                      <w:u w:val="single"/>
                    </w:rPr>
                    <w:t>Date of Birth</w:t>
                  </w:r>
                </w:p>
              </w:tc>
              <w:tc>
                <w:tcPr>
                  <w:tcW w:w="2835" w:type="dxa"/>
                </w:tcPr>
                <w:p w:rsidR="00AD49CC" w:rsidRDefault="0047225B">
                  <w:r>
                    <w:rPr>
                      <w:b/>
                      <w:u w:val="single"/>
                    </w:rPr>
                    <w:t>Education / Class</w:t>
                  </w:r>
                </w:p>
              </w:tc>
            </w:tr>
            <w:tr w:rsidR="00AD49CC">
              <w:tc>
                <w:tcPr>
                  <w:tcW w:w="454" w:type="dxa"/>
                </w:tcPr>
                <w:p w:rsidR="00AD49CC" w:rsidRDefault="0047225B">
                  <w:r>
                    <w:t>a.</w:t>
                  </w:r>
                </w:p>
              </w:tc>
              <w:tc>
                <w:tcPr>
                  <w:tcW w:w="40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224980552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214661544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514615374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  <w:tr w:rsidR="00AD49CC">
              <w:tc>
                <w:tcPr>
                  <w:tcW w:w="454" w:type="dxa"/>
                </w:tcPr>
                <w:p w:rsidR="00AD49CC" w:rsidRDefault="0047225B">
                  <w:r>
                    <w:t>b.</w:t>
                  </w:r>
                </w:p>
              </w:tc>
              <w:tc>
                <w:tcPr>
                  <w:tcW w:w="40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4535628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243529441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996478341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  <w:tr w:rsidR="00AD49CC">
              <w:tc>
                <w:tcPr>
                  <w:tcW w:w="454" w:type="dxa"/>
                </w:tcPr>
                <w:p w:rsidR="00AD49CC" w:rsidRDefault="0047225B">
                  <w:r>
                    <w:t>c.</w:t>
                  </w:r>
                </w:p>
              </w:tc>
              <w:tc>
                <w:tcPr>
                  <w:tcW w:w="40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250774134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468121491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606241913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  <w:tr w:rsidR="00AD49CC">
              <w:tc>
                <w:tcPr>
                  <w:tcW w:w="454" w:type="dxa"/>
                </w:tcPr>
                <w:p w:rsidR="00AD49CC" w:rsidRDefault="0047225B">
                  <w:r>
                    <w:t>d.</w:t>
                  </w:r>
                </w:p>
              </w:tc>
              <w:tc>
                <w:tcPr>
                  <w:tcW w:w="40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207086931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25640044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498305845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AD49CC" w:rsidRDefault="0047225B">
            <w:r>
              <w:rPr>
                <w:b/>
                <w:u w:val="single"/>
              </w:rPr>
              <w:t>Questions</w:t>
            </w:r>
            <w:r>
              <w:rPr>
                <w:b/>
              </w:rPr>
              <w:t>: -</w:t>
            </w: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4762"/>
              <w:gridCol w:w="5102"/>
            </w:tblGrid>
            <w:tr w:rsidR="00AD49CC">
              <w:tc>
                <w:tcPr>
                  <w:tcW w:w="340" w:type="dxa"/>
                </w:tcPr>
                <w:p w:rsidR="00AD49CC" w:rsidRDefault="0047225B">
                  <w:r>
                    <w:t>a.</w:t>
                  </w:r>
                </w:p>
              </w:tc>
              <w:tc>
                <w:tcPr>
                  <w:tcW w:w="4762" w:type="dxa"/>
                </w:tcPr>
                <w:p w:rsidR="00AD49CC" w:rsidRDefault="0047225B">
                  <w:r>
                    <w:t>Have you ever been member of ARC? If yes give date:</w: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855009858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339"/>
              <w:gridCol w:w="3742"/>
              <w:gridCol w:w="1361"/>
              <w:gridCol w:w="1644"/>
              <w:gridCol w:w="3118"/>
            </w:tblGrid>
            <w:tr w:rsidR="00AD49CC">
              <w:tc>
                <w:tcPr>
                  <w:tcW w:w="340" w:type="dxa"/>
                </w:tcPr>
                <w:p w:rsidR="00AD49CC" w:rsidRDefault="0047225B">
                  <w:r>
                    <w:t>b.</w:t>
                  </w:r>
                </w:p>
              </w:tc>
              <w:tc>
                <w:tcPr>
                  <w:tcW w:w="3742" w:type="dxa"/>
                </w:tcPr>
                <w:p w:rsidR="00AD49CC" w:rsidRDefault="0047225B">
                  <w:r>
                    <w:t>Are you active member of any Political Party?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852947525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1644" w:type="dxa"/>
                </w:tcPr>
                <w:p w:rsidR="00AD49CC" w:rsidRDefault="0047225B">
                  <w:r>
                    <w:t>If yes Party Name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13592657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  <w:bookmarkStart w:id="0" w:name="_GoBack"/>
        <w:bookmarkEnd w:id="0"/>
      </w:tr>
      <w:tr w:rsidR="00AD49CC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D49CC" w:rsidRDefault="0047225B">
            <w:pPr>
              <w:spacing w:after="40"/>
              <w:jc w:val="center"/>
            </w:pPr>
            <w:r>
              <w:rPr>
                <w:b/>
                <w:u w:val="single"/>
              </w:rPr>
              <w:t>Declaration</w:t>
            </w:r>
          </w:p>
          <w:p w:rsidR="00AD49CC" w:rsidRDefault="0047225B">
            <w:pPr>
              <w:spacing w:line="336" w:lineRule="auto"/>
              <w:ind w:firstLine="454"/>
              <w:jc w:val="both"/>
            </w:pPr>
            <w:r>
              <w:t>I solemnly declare that all the information cited above is complete and correct in all respects and I understand that ARC Board of Governors reserves the right to cancel my membership. The decision of Board of Governors will be final and cannot</w:t>
            </w:r>
            <w:r>
              <w:t xml:space="preserve"> be challenged in any court of law.</w:t>
            </w: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" w:type="dxa"/>
                <w:left w:w="40" w:type="dxa"/>
                <w:bottom w:w="2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566"/>
              <w:gridCol w:w="1984"/>
              <w:gridCol w:w="3685"/>
              <w:gridCol w:w="1134"/>
              <w:gridCol w:w="2835"/>
            </w:tblGrid>
            <w:tr w:rsidR="00AD49CC">
              <w:tc>
                <w:tcPr>
                  <w:tcW w:w="567" w:type="dxa"/>
                </w:tcPr>
                <w:p w:rsidR="00AD49CC" w:rsidRDefault="0047225B">
                  <w:r>
                    <w:t>Date: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2033992514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  <w:tc>
                <w:tcPr>
                  <w:tcW w:w="3685" w:type="dxa"/>
                </w:tcPr>
                <w:p w:rsidR="00AD49CC" w:rsidRDefault="00AD49CC"/>
              </w:tc>
              <w:tc>
                <w:tcPr>
                  <w:tcW w:w="1134" w:type="dxa"/>
                </w:tcPr>
                <w:p w:rsidR="00AD49CC" w:rsidRDefault="0047225B">
                  <w:r>
                    <w:t>Signature: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921627310"/>
                      <w:showingPlcHdr/>
                      <w:text/>
                    </w:sdtPr>
                    <w:sdtEndPr/>
                    <w:sdtContent>
                      <w:r>
                        <w:rPr>
                          <w:color w:val="9AA3AD"/>
                          <w:sz w:val="16"/>
                        </w:rPr>
                        <w:t>Click and type</w:t>
                      </w:r>
                    </w:sdtContent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AD49CC" w:rsidRDefault="0047225B">
            <w:r>
              <w:rPr>
                <w:b/>
                <w:u w:val="single"/>
              </w:rPr>
              <w:t>For Official Use Only: -</w:t>
            </w: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tbl>
            <w:tblPr>
              <w:tblW w:w="10204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top w:w="40" w:type="dxa"/>
                <w:left w:w="60" w:type="dxa"/>
                <w:bottom w:w="4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046"/>
            </w:tblGrid>
            <w:tr w:rsidR="00AD49CC">
              <w:tc>
                <w:tcPr>
                  <w:tcW w:w="5159" w:type="dxa"/>
                </w:tcPr>
                <w:p w:rsidR="00AD49CC" w:rsidRDefault="00AD49CC">
                  <w:pPr>
                    <w:spacing w:line="60" w:lineRule="exact"/>
                    <w:rPr>
                      <w:sz w:val="4"/>
                    </w:rPr>
                  </w:pPr>
                </w:p>
              </w:tc>
              <w:tc>
                <w:tcPr>
                  <w:tcW w:w="5046" w:type="dxa"/>
                </w:tcPr>
                <w:p w:rsidR="00AD49CC" w:rsidRDefault="0047225B">
                  <w:pPr>
                    <w:jc w:val="center"/>
                  </w:pPr>
                  <w:r>
                    <w:rPr>
                      <w:b/>
                      <w:u w:val="single"/>
                    </w:rPr>
                    <w:t>Date</w:t>
                  </w:r>
                </w:p>
              </w:tc>
            </w:tr>
            <w:tr w:rsidR="00AD49CC">
              <w:tc>
                <w:tcPr>
                  <w:tcW w:w="5159" w:type="dxa"/>
                </w:tcPr>
                <w:p w:rsidR="00AD49CC" w:rsidRDefault="0047225B">
                  <w:r>
                    <w:rPr>
                      <w:b/>
                    </w:rPr>
                    <w:t>Form Issued</w:t>
                  </w:r>
                </w:p>
              </w:tc>
              <w:tc>
                <w:tcPr>
                  <w:tcW w:w="504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704097712"/>
                      <w:showingPlcHdr/>
                      <w:text/>
                    </w:sdtPr>
                    <w:sdtEndPr/>
                    <w:sdtContent/>
                  </w:sdt>
                </w:p>
              </w:tc>
            </w:tr>
            <w:tr w:rsidR="00AD49CC">
              <w:tc>
                <w:tcPr>
                  <w:tcW w:w="5159" w:type="dxa"/>
                </w:tcPr>
                <w:p w:rsidR="00AD49CC" w:rsidRDefault="0047225B">
                  <w:r>
                    <w:rPr>
                      <w:b/>
                    </w:rPr>
                    <w:t>Form received</w:t>
                  </w:r>
                </w:p>
              </w:tc>
              <w:tc>
                <w:tcPr>
                  <w:tcW w:w="504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262113005"/>
                      <w:showingPlcHdr/>
                      <w:text/>
                    </w:sdtPr>
                    <w:sdtEndPr/>
                    <w:sdtContent/>
                  </w:sdt>
                </w:p>
              </w:tc>
            </w:tr>
            <w:tr w:rsidR="00AD49CC">
              <w:tc>
                <w:tcPr>
                  <w:tcW w:w="5159" w:type="dxa"/>
                </w:tcPr>
                <w:p w:rsidR="00AD49CC" w:rsidRDefault="0047225B">
                  <w:r>
                    <w:rPr>
                      <w:b/>
                    </w:rPr>
                    <w:t>Security cleared received</w:t>
                  </w:r>
                </w:p>
              </w:tc>
              <w:tc>
                <w:tcPr>
                  <w:tcW w:w="504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616824073"/>
                      <w:showingPlcHdr/>
                      <w:text/>
                    </w:sdtPr>
                    <w:sdtEndPr/>
                    <w:sdtContent/>
                  </w:sdt>
                </w:p>
              </w:tc>
            </w:tr>
            <w:tr w:rsidR="00AD49CC">
              <w:tc>
                <w:tcPr>
                  <w:tcW w:w="5159" w:type="dxa"/>
                </w:tcPr>
                <w:p w:rsidR="00AD49CC" w:rsidRDefault="0047225B">
                  <w:r>
                    <w:rPr>
                      <w:b/>
                    </w:rPr>
                    <w:t>Assessed by board</w:t>
                  </w:r>
                </w:p>
              </w:tc>
              <w:tc>
                <w:tcPr>
                  <w:tcW w:w="504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AD49CC" w:rsidRDefault="0047225B">
                  <w:sdt>
                    <w:sdtPr>
                      <w:id w:val="-1564787405"/>
                      <w:showingPlcHdr/>
                      <w:text/>
                    </w:sdtPr>
                    <w:sdtEndPr/>
                    <w:sdtContent/>
                  </w:sdt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AD49CC" w:rsidRDefault="0047225B">
            <w:pPr>
              <w:jc w:val="center"/>
            </w:pPr>
            <w:r>
              <w:rPr>
                <w:b/>
                <w:u w:val="single"/>
              </w:rPr>
              <w:t>RECOMMENDATIONS</w:t>
            </w: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D49CC" w:rsidRDefault="0047225B">
            <w:r>
              <w:rPr>
                <w:b/>
              </w:rPr>
              <w:t>Gen Secretary</w:t>
            </w:r>
          </w:p>
          <w:tbl>
            <w:tblPr>
              <w:tblW w:w="1020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60" w:type="dxa"/>
                <w:left w:w="60" w:type="dxa"/>
                <w:bottom w:w="2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2268"/>
              <w:gridCol w:w="2778"/>
            </w:tblGrid>
            <w:tr w:rsidR="00AD49CC">
              <w:tc>
                <w:tcPr>
                  <w:tcW w:w="5159" w:type="dxa"/>
                </w:tcPr>
                <w:p w:rsidR="00AD49CC" w:rsidRDefault="0047225B">
                  <w:pPr>
                    <w:jc w:val="center"/>
                  </w:pPr>
                  <w:r>
                    <w:rPr>
                      <w:b/>
                    </w:rPr>
                    <w:t>Recommended/</w:t>
                  </w:r>
                  <w:r>
                    <w:rPr>
                      <w:b/>
                    </w:rPr>
                    <w:t xml:space="preserve"> Not Recommended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AD49CC" w:rsidRDefault="00AD49CC">
                  <w:pPr>
                    <w:spacing w:line="60" w:lineRule="exact"/>
                    <w:rPr>
                      <w:sz w:val="4"/>
                    </w:rPr>
                  </w:pP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D49CC" w:rsidRDefault="0047225B">
                  <w:r>
                    <w:t>(Initials)</w:t>
                  </w:r>
                </w:p>
              </w:tc>
            </w:tr>
          </w:tbl>
          <w:p w:rsidR="00AD49CC" w:rsidRDefault="00AD49CC">
            <w:pPr>
              <w:spacing w:line="60" w:lineRule="exact"/>
              <w:rPr>
                <w:sz w:val="4"/>
              </w:rPr>
            </w:pPr>
          </w:p>
        </w:tc>
      </w:tr>
      <w:tr w:rsidR="00AD49CC">
        <w:trPr>
          <w:jc w:val="center"/>
        </w:trPr>
        <w:tc>
          <w:tcPr>
            <w:tcW w:w="10431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D49CC" w:rsidRDefault="0047225B">
            <w:pPr>
              <w:jc w:val="center"/>
            </w:pPr>
            <w:r>
              <w:rPr>
                <w:b/>
                <w:u w:val="single"/>
              </w:rPr>
              <w:t>FINAL STATUS</w:t>
            </w:r>
          </w:p>
          <w:p w:rsidR="00AD49CC" w:rsidRDefault="0047225B">
            <w:pPr>
              <w:jc w:val="center"/>
            </w:pPr>
            <w:r>
              <w:rPr>
                <w:b/>
                <w:u w:val="single"/>
              </w:rPr>
              <w:t>Approved / Rejected</w:t>
            </w:r>
          </w:p>
          <w:p w:rsidR="00AD49CC" w:rsidRDefault="0047225B">
            <w:pPr>
              <w:spacing w:before="160"/>
              <w:jc w:val="right"/>
            </w:pPr>
            <w:r>
              <w:rPr>
                <w:b/>
              </w:rPr>
              <w:t>Patron</w:t>
            </w:r>
          </w:p>
          <w:p w:rsidR="00AD49CC" w:rsidRDefault="0047225B">
            <w:pPr>
              <w:jc w:val="right"/>
            </w:pPr>
            <w:r>
              <w:rPr>
                <w:b/>
              </w:rPr>
              <w:t>(Muhammad Imran Asif)</w:t>
            </w:r>
          </w:p>
        </w:tc>
      </w:tr>
    </w:tbl>
    <w:p w:rsidR="0047225B" w:rsidRDefault="0047225B"/>
    <w:sectPr w:rsidR="0047225B" w:rsidSect="00034616">
      <w:pgSz w:w="11906" w:h="16838"/>
      <w:pgMar w:top="454" w:right="737" w:bottom="34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225B"/>
    <w:rsid w:val="004F36C5"/>
    <w:rsid w:val="00AA1D8D"/>
    <w:rsid w:val="00AD49C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69A0658-FD7E-4DB8-9F82-A7941936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A8C25D-3D7E-4253-8B7F-7F983246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3</cp:revision>
  <dcterms:created xsi:type="dcterms:W3CDTF">2013-12-23T23:15:00Z</dcterms:created>
  <dcterms:modified xsi:type="dcterms:W3CDTF">2026-10-08T19:18:00Z</dcterms:modified>
  <cp:category/>
</cp:coreProperties>
</file>